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F2751" w14:textId="77777777" w:rsidR="00125027" w:rsidRDefault="00F64886">
      <w:pPr>
        <w:pStyle w:val="Titel"/>
        <w:spacing w:after="40"/>
      </w:pPr>
      <w:r>
        <w:t>Hoe stevig is je zelfbeeld?</w:t>
      </w:r>
    </w:p>
    <w:p w14:paraId="0A143B86" w14:textId="77777777" w:rsidR="00125027" w:rsidRDefault="00F64886">
      <w:pPr>
        <w:spacing w:after="180"/>
      </w:pPr>
      <w:r>
        <w:rPr>
          <w:color w:val="4E5F69"/>
          <w:sz w:val="24"/>
        </w:rPr>
        <w:t>Vragenlijst over zelfbeeld en zelfbewustzijn</w:t>
      </w:r>
    </w:p>
    <w:p w14:paraId="453C4923" w14:textId="77777777" w:rsidR="00125027" w:rsidRDefault="00F64886">
      <w:pPr>
        <w:spacing w:after="180"/>
      </w:pPr>
      <w:r>
        <w:t>Er zijn geen goede of foute antwoorden. Vul in wat op dit moment bij jou past; je mag vragen overslaan. Deze vragenlijst is bedoeld als hulpmiddel voor zelfreflectie en is geen diagnostisch instrument.</w:t>
      </w:r>
    </w:p>
    <w:p w14:paraId="34CEAC2A" w14:textId="77777777" w:rsidR="00125027" w:rsidRDefault="00F64886">
      <w:pPr>
        <w:pStyle w:val="Kop1"/>
      </w:pPr>
      <w:r>
        <w:t>Open vragen</w:t>
      </w:r>
    </w:p>
    <w:p w14:paraId="77AFA909" w14:textId="77777777" w:rsidR="00125027" w:rsidRDefault="00F64886">
      <w:pPr>
        <w:spacing w:before="60" w:after="40"/>
      </w:pPr>
      <w:r>
        <w:rPr>
          <w:b/>
        </w:rPr>
        <w:t>Wie ben jij?</w:t>
      </w:r>
    </w:p>
    <w:p w14:paraId="28F4C00C" w14:textId="77777777" w:rsidR="00125027" w:rsidRDefault="00F64886">
      <w:pPr>
        <w:spacing w:after="40" w:line="240" w:lineRule="exact"/>
      </w:pPr>
      <w:r>
        <w:t xml:space="preserve"> </w:t>
      </w:r>
    </w:p>
    <w:p w14:paraId="507856EA" w14:textId="77777777" w:rsidR="00125027" w:rsidRDefault="00F64886">
      <w:pPr>
        <w:spacing w:after="40" w:line="240" w:lineRule="exact"/>
      </w:pPr>
      <w:r>
        <w:t xml:space="preserve"> </w:t>
      </w:r>
    </w:p>
    <w:p w14:paraId="33AB1E95" w14:textId="77777777" w:rsidR="00125027" w:rsidRDefault="00F64886">
      <w:pPr>
        <w:spacing w:before="60" w:after="40"/>
      </w:pPr>
      <w:r>
        <w:rPr>
          <w:b/>
        </w:rPr>
        <w:t>Wat is je ideale ik?</w:t>
      </w:r>
    </w:p>
    <w:p w14:paraId="46C11039" w14:textId="77777777" w:rsidR="00125027" w:rsidRDefault="00F64886">
      <w:pPr>
        <w:spacing w:after="40" w:line="240" w:lineRule="exact"/>
      </w:pPr>
      <w:r>
        <w:t xml:space="preserve"> </w:t>
      </w:r>
    </w:p>
    <w:p w14:paraId="7798293B" w14:textId="77777777" w:rsidR="00125027" w:rsidRDefault="00F64886">
      <w:pPr>
        <w:spacing w:after="40" w:line="240" w:lineRule="exact"/>
      </w:pPr>
      <w:r>
        <w:t xml:space="preserve"> </w:t>
      </w:r>
    </w:p>
    <w:p w14:paraId="2372A410" w14:textId="77777777" w:rsidR="00125027" w:rsidRDefault="00F64886">
      <w:pPr>
        <w:spacing w:before="60" w:after="40"/>
      </w:pPr>
      <w:r>
        <w:rPr>
          <w:b/>
        </w:rPr>
        <w:t>Hoe wil je echt niet zijn?</w:t>
      </w:r>
    </w:p>
    <w:p w14:paraId="000CB562" w14:textId="77777777" w:rsidR="00125027" w:rsidRDefault="00F64886">
      <w:pPr>
        <w:spacing w:after="40" w:line="240" w:lineRule="exact"/>
      </w:pPr>
      <w:r>
        <w:t xml:space="preserve"> </w:t>
      </w:r>
    </w:p>
    <w:p w14:paraId="02973397" w14:textId="77777777" w:rsidR="00125027" w:rsidRDefault="00F64886">
      <w:pPr>
        <w:spacing w:after="40" w:line="240" w:lineRule="exact"/>
      </w:pPr>
      <w:r>
        <w:t xml:space="preserve"> </w:t>
      </w:r>
    </w:p>
    <w:p w14:paraId="7DA2EA2A" w14:textId="77777777" w:rsidR="00125027" w:rsidRDefault="00F64886">
      <w:pPr>
        <w:spacing w:before="60" w:after="40"/>
      </w:pPr>
      <w:r>
        <w:rPr>
          <w:b/>
        </w:rPr>
        <w:t>Aan wat van jezelf heb je een hekel? Hoe ga je daarmee om (accepteren, je erbij neerleggen, ontkennen, erover treuren, ertegen vechten, net doen alsof, onderdrukken, compenseren, vermijden, enzovoort)?</w:t>
      </w:r>
    </w:p>
    <w:p w14:paraId="6DFE5199" w14:textId="77777777" w:rsidR="00125027" w:rsidRDefault="00F64886">
      <w:pPr>
        <w:spacing w:after="40" w:line="240" w:lineRule="exact"/>
      </w:pPr>
      <w:r>
        <w:t xml:space="preserve"> </w:t>
      </w:r>
    </w:p>
    <w:p w14:paraId="508D4A73" w14:textId="77777777" w:rsidR="00125027" w:rsidRDefault="00F64886">
      <w:pPr>
        <w:spacing w:after="40" w:line="240" w:lineRule="exact"/>
      </w:pPr>
      <w:r>
        <w:t xml:space="preserve"> </w:t>
      </w:r>
    </w:p>
    <w:p w14:paraId="576DFEF5" w14:textId="77777777" w:rsidR="00125027" w:rsidRDefault="00F64886">
      <w:pPr>
        <w:pStyle w:val="Kop1"/>
      </w:pPr>
      <w:r>
        <w:t>Tevredenheid</w:t>
      </w:r>
    </w:p>
    <w:p w14:paraId="31DAED66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1. </w:t>
      </w:r>
      <w:r>
        <w:t>Ik ben tevreden met mezelf.</w:t>
      </w:r>
    </w:p>
    <w:p w14:paraId="36D22737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3737358F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2. </w:t>
      </w:r>
      <w:r>
        <w:t>Ik leg de lat voor mezelf hoog.</w:t>
      </w:r>
    </w:p>
    <w:p w14:paraId="5C0E7ADA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328BD71C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3. </w:t>
      </w:r>
      <w:r>
        <w:t>Ik vind dat ik nuttig, zinvol bezig ben.</w:t>
      </w:r>
    </w:p>
    <w:p w14:paraId="39C825D0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4E5F71D5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4. </w:t>
      </w:r>
      <w:r>
        <w:t>Ik kan allerlei dingen even goed als de meeste mensen.</w:t>
      </w:r>
    </w:p>
    <w:p w14:paraId="3E9EC6FB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6C445369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5. </w:t>
      </w:r>
      <w:r>
        <w:t>Ik heb kwaliteiten.</w:t>
      </w:r>
    </w:p>
    <w:p w14:paraId="1440E73F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Geen / weinig / veel</w:t>
      </w:r>
    </w:p>
    <w:p w14:paraId="18F4185B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6. </w:t>
      </w:r>
      <w:r>
        <w:t>‘Als iets goed gaat bij mij, komt dat door anderen of omdat ik geluk heb gehad.’ Met deze uitspraak ben ik het eens.</w:t>
      </w:r>
    </w:p>
    <w:p w14:paraId="675724F0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1530E8C7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7. </w:t>
      </w:r>
      <w:r>
        <w:t>‘Als iets goed gaat, komt dat meestal gewoon omdat ik het goed doe.’ Met deze uitspraak ben ik het eens.</w:t>
      </w:r>
    </w:p>
    <w:p w14:paraId="105EC8C0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1F4838E8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8. </w:t>
      </w:r>
      <w:r>
        <w:t>Ik ben trots op wat ik heb bereikt.</w:t>
      </w:r>
    </w:p>
    <w:p w14:paraId="30BBD6E0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312F2ADD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9. </w:t>
      </w:r>
      <w:r>
        <w:t>Ik kan God danken voor wat ik heb gedaan.</w:t>
      </w:r>
    </w:p>
    <w:p w14:paraId="798C31CE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125F9DA8" w14:textId="77777777" w:rsidR="00125027" w:rsidRDefault="00F64886">
      <w:pPr>
        <w:keepNext/>
        <w:spacing w:before="80" w:after="20"/>
      </w:pPr>
      <w:r>
        <w:rPr>
          <w:b/>
          <w:color w:val="214353"/>
        </w:rPr>
        <w:lastRenderedPageBreak/>
        <w:t xml:space="preserve">10. </w:t>
      </w:r>
      <w:r>
        <w:t>Ik ben tevreden met mijn afkomst.</w:t>
      </w:r>
    </w:p>
    <w:p w14:paraId="792FE635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helemaal</w:t>
      </w:r>
    </w:p>
    <w:p w14:paraId="3D9F7797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11. </w:t>
      </w:r>
      <w:r>
        <w:t>Ik ben tevreden met mijn huidskleur.</w:t>
      </w:r>
    </w:p>
    <w:p w14:paraId="29BBAAE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helemaal</w:t>
      </w:r>
    </w:p>
    <w:p w14:paraId="1F9851F6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12. </w:t>
      </w:r>
      <w:r>
        <w:t>Ik ben tevreden met mijn seksuele gerichtheid.</w:t>
      </w:r>
    </w:p>
    <w:p w14:paraId="318D0F61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helemaal</w:t>
      </w:r>
    </w:p>
    <w:p w14:paraId="0B93BAE2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13. </w:t>
      </w:r>
      <w:r>
        <w:t>Ik ben tevreden met mijn biologische geslacht.</w:t>
      </w:r>
    </w:p>
    <w:p w14:paraId="3D751DE2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klein beetje / helemaal</w:t>
      </w:r>
    </w:p>
    <w:p w14:paraId="51084044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14. </w:t>
      </w:r>
      <w:r>
        <w:t>Ik ben tevreden met mijn uiterlijk.</w:t>
      </w:r>
    </w:p>
    <w:p w14:paraId="44965063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helemaal</w:t>
      </w:r>
    </w:p>
    <w:p w14:paraId="5596BE14" w14:textId="77777777" w:rsidR="00125027" w:rsidRDefault="00F64886">
      <w:pPr>
        <w:pStyle w:val="Kop1"/>
      </w:pPr>
      <w:r>
        <w:t>Gebreken</w:t>
      </w:r>
    </w:p>
    <w:p w14:paraId="1306F67C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15. </w:t>
      </w:r>
      <w:r>
        <w:t>Ik kan leven met mijn tekortkomingen.</w:t>
      </w:r>
    </w:p>
    <w:p w14:paraId="0D2AB822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3AE6B5F6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16. </w:t>
      </w:r>
      <w:r>
        <w:t>Ik schaam me ervoor dat ik mijn tekortkomingen heb.</w:t>
      </w:r>
    </w:p>
    <w:p w14:paraId="3FDF6E64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799ACBDD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17. </w:t>
      </w:r>
      <w:r>
        <w:t>Ik voel mij schuldig.</w:t>
      </w:r>
    </w:p>
    <w:p w14:paraId="428BDFCF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0B15F23A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18. </w:t>
      </w:r>
      <w:r>
        <w:t>Ik reageer mijn teleurstellingen in mijzelf af:</w:t>
      </w:r>
    </w:p>
    <w:p w14:paraId="63FA4F5E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vreetbuien — nooit / soms / altijd</w:t>
      </w:r>
    </w:p>
    <w:p w14:paraId="14C3C11D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het drinken van alcohol — nooit / soms / altijd</w:t>
      </w:r>
    </w:p>
    <w:p w14:paraId="34D4219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het roken van tabak of drugs — nooit / soms / altijd</w:t>
      </w:r>
    </w:p>
    <w:p w14:paraId="49199691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seksueel ongeremd gedrag of kijken naar porno — nooit / soms / altijd</w:t>
      </w:r>
    </w:p>
    <w:p w14:paraId="75B2040D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irritatie of agressie naar anderen toe — nooit / soms / altijd</w:t>
      </w:r>
    </w:p>
    <w:p w14:paraId="49525C96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agressie naar mijzelf toe (zelfverwonding) — nooit / soms / altijd</w:t>
      </w:r>
    </w:p>
    <w:p w14:paraId="77B6B5B0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in vernielzucht — nooit / soms / altijd</w:t>
      </w:r>
    </w:p>
    <w:p w14:paraId="376520EA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door mij op te sluiten in mijzelf — nooit / soms / altijd</w:t>
      </w:r>
    </w:p>
    <w:p w14:paraId="3DAC9423" w14:textId="1B256CE3" w:rsidR="00125027" w:rsidRDefault="00F64886">
      <w:pPr>
        <w:keepNext/>
        <w:spacing w:before="80" w:after="20"/>
      </w:pPr>
      <w:r>
        <w:rPr>
          <w:b/>
          <w:color w:val="214353"/>
        </w:rPr>
        <w:t xml:space="preserve">19. </w:t>
      </w:r>
      <w:r>
        <w:t xml:space="preserve">Ik zie wat er verbeterd kan worden in mijn doen en laten </w:t>
      </w:r>
      <w:proofErr w:type="spellStart"/>
      <w:r>
        <w:t>en</w:t>
      </w:r>
      <w:proofErr w:type="spellEnd"/>
      <w:r>
        <w:t xml:space="preserve"> word </w:t>
      </w:r>
      <w:proofErr w:type="spellStart"/>
      <w:r>
        <w:t>daarvan</w:t>
      </w:r>
      <w:proofErr w:type="spellEnd"/>
      <w:r>
        <w:t xml:space="preserve"> </w:t>
      </w:r>
      <w:proofErr w:type="spellStart"/>
      <w:r w:rsidR="006B5AEC">
        <w:t>moedeloos</w:t>
      </w:r>
      <w:proofErr w:type="spellEnd"/>
      <w:r>
        <w:t>.</w:t>
      </w:r>
    </w:p>
    <w:p w14:paraId="20BBE87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63D210B1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20. </w:t>
      </w:r>
      <w:r>
        <w:t>Het bijbelse spreken over zonde en genade versterkt mijn zelfvertrouwen.</w:t>
      </w:r>
    </w:p>
    <w:p w14:paraId="0CD752FC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3B974A9D" w14:textId="77777777" w:rsidR="00125027" w:rsidRDefault="00F64886">
      <w:pPr>
        <w:pStyle w:val="Kop1"/>
      </w:pPr>
      <w:r>
        <w:t>Eigenwaarde</w:t>
      </w:r>
    </w:p>
    <w:p w14:paraId="3616444C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21. </w:t>
      </w:r>
      <w:r>
        <w:t>Mijn gevoel van eigenwaarde ontleen ik:</w:t>
      </w:r>
    </w:p>
    <w:p w14:paraId="0F46FA9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aan wat ik gepresteerd heb — niet / een beetje / wel</w:t>
      </w:r>
    </w:p>
    <w:p w14:paraId="31084AAC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aan wat ik bezit — niet / een beetje / wel</w:t>
      </w:r>
    </w:p>
    <w:p w14:paraId="26257DD4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aan mijn status in de groep — niet / een beetje / wel</w:t>
      </w:r>
    </w:p>
    <w:p w14:paraId="07590396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aan mijn lichaam — niet / een beetje / wel</w:t>
      </w:r>
    </w:p>
    <w:p w14:paraId="7CEB5599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aan wat anderen van mij vinden — niet / een beetje / wel</w:t>
      </w:r>
    </w:p>
    <w:p w14:paraId="6B3FD30E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aan wie ik ben — niet / een beetje / wel</w:t>
      </w:r>
    </w:p>
    <w:p w14:paraId="0A909F53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lastRenderedPageBreak/>
        <w:t>☐</w:t>
      </w:r>
      <w:r>
        <w:rPr>
          <w:rFonts w:ascii="Segoe UI Symbol" w:hAnsi="Segoe UI Symbol"/>
        </w:rPr>
        <w:t xml:space="preserve"> </w:t>
      </w:r>
      <w:r>
        <w:t>aan wie ik ben in Gods ogen — niet / een beetje / wel</w:t>
      </w:r>
    </w:p>
    <w:p w14:paraId="693CE188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22. </w:t>
      </w:r>
      <w:r>
        <w:t>Ik heb het idee dat mijn leven een (misschien wel mooie) ballon is die elk moment doorgeprikt kan worden.</w:t>
      </w:r>
    </w:p>
    <w:p w14:paraId="5FA508F4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59555DB8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23. </w:t>
      </w:r>
      <w:r>
        <w:t>Ik heb een evenwichtig gevoel van eigenwaarde gehad.</w:t>
      </w:r>
    </w:p>
    <w:p w14:paraId="3AF936F5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 / vroeger</w:t>
      </w:r>
    </w:p>
    <w:p w14:paraId="05BE2A0D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24. </w:t>
      </w:r>
      <w:r>
        <w:t>Ik ontleen mijn gevoel van eigenwaarde aan goed zijn voor anderen.</w:t>
      </w:r>
    </w:p>
    <w:p w14:paraId="6B5FEE6A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5A4A5377" w14:textId="77777777" w:rsidR="00125027" w:rsidRDefault="00F64886">
      <w:pPr>
        <w:pStyle w:val="Kop1"/>
      </w:pPr>
      <w:r>
        <w:t>Anderen</w:t>
      </w:r>
    </w:p>
    <w:p w14:paraId="7070D8EA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25. </w:t>
      </w:r>
      <w:r>
        <w:t>Ik ben bang voor de mening of beoordeling van anderen over mij.</w:t>
      </w:r>
    </w:p>
    <w:p w14:paraId="343E7D4C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5C59A2DA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26. </w:t>
      </w:r>
      <w:r>
        <w:t>Ik ben ook bang voor de mening of beoordeling van anderen als ik mijn best heb gedaan.</w:t>
      </w:r>
    </w:p>
    <w:p w14:paraId="75C961A7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49B4496A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27. </w:t>
      </w:r>
      <w:r>
        <w:t>Ik heb geheimen voor mensen die dicht bij mij staan. (Of: ik heb een geheim dat ik echt aan niemand durf te vertellen.)</w:t>
      </w:r>
    </w:p>
    <w:p w14:paraId="24714A31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vaak</w:t>
      </w:r>
    </w:p>
    <w:p w14:paraId="2937F5BF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Geen / één</w:t>
      </w:r>
    </w:p>
    <w:p w14:paraId="62DB5FD9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28. </w:t>
      </w:r>
      <w:r>
        <w:t>Van kritiek lig ik wakker.</w:t>
      </w:r>
    </w:p>
    <w:p w14:paraId="14F90245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2FD8BCE7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29. </w:t>
      </w:r>
      <w:r>
        <w:t>Van complimenten geniet ik.</w:t>
      </w:r>
    </w:p>
    <w:p w14:paraId="28D3A75C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5AC84C29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30. </w:t>
      </w:r>
      <w:r>
        <w:t>Ik zeg hardop dat ik van complimenten geniet.</w:t>
      </w:r>
    </w:p>
    <w:p w14:paraId="511EB5A2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222AE18B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31. </w:t>
      </w:r>
      <w:r>
        <w:t>Ik durf mij naar anderen toe kwetsbaar op te stellen.</w:t>
      </w:r>
    </w:p>
    <w:p w14:paraId="621B553B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4DA19A11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32. </w:t>
      </w:r>
      <w:r>
        <w:t>Ik durf mijn negatieve gevoelens (boosheid, verdriet, pijn) toe te laten bij mijzelf.</w:t>
      </w:r>
    </w:p>
    <w:p w14:paraId="4BA04BA7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5F831876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33. </w:t>
      </w:r>
      <w:r>
        <w:t>Ik durf mijn negatieve gevoelens ook te uiten naar anderen.</w:t>
      </w:r>
    </w:p>
    <w:p w14:paraId="434E5C0E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302E6239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34. </w:t>
      </w:r>
      <w:r>
        <w:t>Ik geef uiting aan mijn positieve gevoelens (zoals blijdschap, waardering) naar anderen.</w:t>
      </w:r>
    </w:p>
    <w:p w14:paraId="7E7AF613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4E3F4125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35. </w:t>
      </w:r>
      <w:r>
        <w:t>Als ik hulp nodig heb, vraag ik die.</w:t>
      </w:r>
    </w:p>
    <w:p w14:paraId="6BB30739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4E290D4B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36. </w:t>
      </w:r>
      <w:r>
        <w:t>Ik doe mijn best om op andere mensen te lijken.</w:t>
      </w:r>
    </w:p>
    <w:p w14:paraId="17EFCC31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65793463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37. </w:t>
      </w:r>
      <w:r>
        <w:t>Ik kan mij voorstellen dat andere mensen van mij houden.</w:t>
      </w:r>
    </w:p>
    <w:p w14:paraId="75DBA9D4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070F317D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38. </w:t>
      </w:r>
      <w:r>
        <w:t>In gezelschap van anderen bestudeer ik mijzelf: of ik het goed doe, hoe ik overkom of hoe ik mij voel.</w:t>
      </w:r>
    </w:p>
    <w:p w14:paraId="6CEA4B7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Soms / nooit / voortdurend</w:t>
      </w:r>
    </w:p>
    <w:p w14:paraId="735E2A3C" w14:textId="77777777" w:rsidR="00125027" w:rsidRDefault="00F64886">
      <w:pPr>
        <w:keepNext/>
        <w:spacing w:before="80" w:after="20"/>
      </w:pPr>
      <w:r>
        <w:rPr>
          <w:b/>
          <w:color w:val="214353"/>
        </w:rPr>
        <w:lastRenderedPageBreak/>
        <w:t xml:space="preserve">39. </w:t>
      </w:r>
      <w:r>
        <w:t>In relaties met anderen kom ik voor mijn eigen belangen op. Ik durf (letterlijk en figuurlijk) ruimte in te nemen bij andere mensen.</w:t>
      </w:r>
    </w:p>
    <w:p w14:paraId="7E873282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23A9A907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Geen / een beetje / wel</w:t>
      </w:r>
    </w:p>
    <w:p w14:paraId="3EC63880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40. </w:t>
      </w:r>
      <w:r>
        <w:t>Ik ga over grenzen van anderen heen.</w:t>
      </w:r>
    </w:p>
    <w:p w14:paraId="557260DD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1FFADA60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41. </w:t>
      </w:r>
      <w:r>
        <w:t>Ik laat anderen over mijn eigen grenzen heengaan.</w:t>
      </w:r>
    </w:p>
    <w:p w14:paraId="7598516A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altijd</w:t>
      </w:r>
    </w:p>
    <w:p w14:paraId="6F7846B7" w14:textId="77777777" w:rsidR="00125027" w:rsidRDefault="00F64886">
      <w:pPr>
        <w:pStyle w:val="Kop1"/>
      </w:pPr>
      <w:r>
        <w:t>Doelen</w:t>
      </w:r>
    </w:p>
    <w:p w14:paraId="743DDA61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42. </w:t>
      </w:r>
      <w:r>
        <w:t>Als ik me (voor vandaag) iets voorneem, krijg ik dat voor elkaar.</w:t>
      </w:r>
    </w:p>
    <w:p w14:paraId="03EFBDD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Nooit / soms / meestal</w:t>
      </w:r>
    </w:p>
    <w:p w14:paraId="1F52ABA9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43. </w:t>
      </w:r>
      <w:r>
        <w:t>Ik weet wat ik in het leven wil bereiken en ga daar ook voor.</w:t>
      </w:r>
    </w:p>
    <w:p w14:paraId="419041F8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Niet / een beetje / wel</w:t>
      </w:r>
    </w:p>
    <w:p w14:paraId="563F9D2F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44. </w:t>
      </w:r>
      <w:r>
        <w:t>Ik stel realistische eisen aan mezelf.</w:t>
      </w:r>
    </w:p>
    <w:p w14:paraId="617E08F6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Geen / een beetje / wel</w:t>
      </w:r>
    </w:p>
    <w:p w14:paraId="3B2AACFE" w14:textId="77777777" w:rsidR="00125027" w:rsidRDefault="00F64886">
      <w:pPr>
        <w:pStyle w:val="Kop1"/>
      </w:pPr>
      <w:r>
        <w:t>Uit één stuk</w:t>
      </w:r>
    </w:p>
    <w:p w14:paraId="6F3B6E21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45. </w:t>
      </w:r>
      <w:r>
        <w:t>Ik ervaar een eenheid in hoe God en ik naar mijzelf kijken.</w:t>
      </w:r>
    </w:p>
    <w:p w14:paraId="55FCCA5E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Geen / een beetje / wel</w:t>
      </w:r>
    </w:p>
    <w:p w14:paraId="5DEC6505" w14:textId="77777777" w:rsidR="00125027" w:rsidRDefault="00F64886">
      <w:pPr>
        <w:keepNext/>
        <w:spacing w:before="80" w:after="20"/>
      </w:pPr>
      <w:r>
        <w:rPr>
          <w:b/>
          <w:color w:val="214353"/>
        </w:rPr>
        <w:t xml:space="preserve">46. </w:t>
      </w:r>
      <w:r>
        <w:t>Ik ervaar een eenheid in hoe anderen en ik naar mijzelf kijken.</w:t>
      </w:r>
    </w:p>
    <w:p w14:paraId="50EC47BC" w14:textId="77777777" w:rsidR="00125027" w:rsidRDefault="00F64886">
      <w:pPr>
        <w:spacing w:after="20"/>
        <w:ind w:left="317"/>
      </w:pP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Geen / een beetje / wel</w:t>
      </w:r>
    </w:p>
    <w:sectPr w:rsidR="00125027" w:rsidSect="00034616">
      <w:footerReference w:type="default" r:id="rId8"/>
      <w:pgSz w:w="12240" w:h="15840"/>
      <w:pgMar w:top="979" w:right="1123" w:bottom="979" w:left="112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A7DE3" w14:textId="77777777" w:rsidR="00F64886" w:rsidRDefault="00F64886">
      <w:pPr>
        <w:spacing w:after="0" w:line="240" w:lineRule="auto"/>
      </w:pPr>
      <w:r>
        <w:separator/>
      </w:r>
    </w:p>
  </w:endnote>
  <w:endnote w:type="continuationSeparator" w:id="0">
    <w:p w14:paraId="168CD7EE" w14:textId="77777777" w:rsidR="00F64886" w:rsidRDefault="00F64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37BFC" w14:textId="77777777" w:rsidR="00125027" w:rsidRDefault="00F64886">
    <w:pPr>
      <w:pStyle w:val="Voettekst"/>
      <w:jc w:val="center"/>
    </w:pPr>
    <w:proofErr w:type="spellStart"/>
    <w:r>
      <w:rPr>
        <w:color w:val="788287"/>
        <w:sz w:val="16"/>
      </w:rPr>
      <w:t>Vragenlijst</w:t>
    </w:r>
    <w:proofErr w:type="spellEnd"/>
    <w:r>
      <w:rPr>
        <w:color w:val="788287"/>
        <w:sz w:val="16"/>
      </w:rPr>
      <w:t xml:space="preserve"> </w:t>
    </w:r>
    <w:proofErr w:type="spellStart"/>
    <w:r>
      <w:rPr>
        <w:color w:val="788287"/>
        <w:sz w:val="16"/>
      </w:rPr>
      <w:t>zelfbeeld</w:t>
    </w:r>
    <w:proofErr w:type="spellEnd"/>
    <w:r>
      <w:rPr>
        <w:color w:val="788287"/>
        <w:sz w:val="16"/>
      </w:rPr>
      <w:t xml:space="preserve"> </w:t>
    </w:r>
    <w:proofErr w:type="spellStart"/>
    <w:r>
      <w:rPr>
        <w:color w:val="788287"/>
        <w:sz w:val="16"/>
      </w:rPr>
      <w:t>en</w:t>
    </w:r>
    <w:proofErr w:type="spellEnd"/>
    <w:r>
      <w:rPr>
        <w:color w:val="788287"/>
        <w:sz w:val="16"/>
      </w:rPr>
      <w:t xml:space="preserve"> </w:t>
    </w:r>
    <w:proofErr w:type="spellStart"/>
    <w:r>
      <w:rPr>
        <w:color w:val="788287"/>
        <w:sz w:val="16"/>
      </w:rPr>
      <w:t>zelfbewustzijn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F587E" w14:textId="77777777" w:rsidR="00F64886" w:rsidRDefault="00F64886">
      <w:pPr>
        <w:spacing w:after="0" w:line="240" w:lineRule="auto"/>
      </w:pPr>
      <w:r>
        <w:separator/>
      </w:r>
    </w:p>
  </w:footnote>
  <w:footnote w:type="continuationSeparator" w:id="0">
    <w:p w14:paraId="769B765A" w14:textId="77777777" w:rsidR="00F64886" w:rsidRDefault="00F64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9140056">
    <w:abstractNumId w:val="8"/>
  </w:num>
  <w:num w:numId="2" w16cid:durableId="1158038777">
    <w:abstractNumId w:val="6"/>
  </w:num>
  <w:num w:numId="3" w16cid:durableId="1506432110">
    <w:abstractNumId w:val="5"/>
  </w:num>
  <w:num w:numId="4" w16cid:durableId="1491869249">
    <w:abstractNumId w:val="4"/>
  </w:num>
  <w:num w:numId="5" w16cid:durableId="1692799991">
    <w:abstractNumId w:val="7"/>
  </w:num>
  <w:num w:numId="6" w16cid:durableId="1821143999">
    <w:abstractNumId w:val="3"/>
  </w:num>
  <w:num w:numId="7" w16cid:durableId="151416120">
    <w:abstractNumId w:val="2"/>
  </w:num>
  <w:num w:numId="8" w16cid:durableId="1499345702">
    <w:abstractNumId w:val="1"/>
  </w:num>
  <w:num w:numId="9" w16cid:durableId="101326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5027"/>
    <w:rsid w:val="0015074B"/>
    <w:rsid w:val="0029639D"/>
    <w:rsid w:val="00326F90"/>
    <w:rsid w:val="00593551"/>
    <w:rsid w:val="006B5AEC"/>
    <w:rsid w:val="00AA1D8D"/>
    <w:rsid w:val="00B47730"/>
    <w:rsid w:val="00CB0664"/>
    <w:rsid w:val="00F648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63BA59"/>
  <w14:defaultImageDpi w14:val="300"/>
  <w15:docId w15:val="{C0E4852E-3207-44B8-BC52-17B1A33FA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  <w:pPr>
      <w:spacing w:after="60"/>
    </w:pPr>
    <w:rPr>
      <w:rFonts w:ascii="Aptos" w:hAnsi="Aptos"/>
      <w:color w:val="263037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240" w:after="10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50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Vragenlijst zelfbeeld en zelfbewustzijn</dc:title>
  <dc:subject>Invulbare vragenlijst voor zelfreflectie</dc:subject>
  <dc:creator>Nico van der Voet</dc:creator>
  <cp:keywords/>
  <dc:description>generated by python-docx</dc:description>
  <cp:lastModifiedBy>Nico van der Voet</cp:lastModifiedBy>
  <cp:revision>2</cp:revision>
  <dcterms:created xsi:type="dcterms:W3CDTF">2026-10-27T20:52:00Z</dcterms:created>
  <dcterms:modified xsi:type="dcterms:W3CDTF">2026-10-27T20:52:00Z</dcterms:modified>
  <cp:category/>
</cp:coreProperties>
</file>